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D324F" w14:textId="77777777" w:rsidR="0059223A" w:rsidRPr="00F238AC" w:rsidRDefault="00000000" w:rsidP="00F238AC">
      <w:pPr>
        <w:bidi/>
        <w:spacing w:after="20"/>
        <w:jc w:val="center"/>
      </w:pPr>
      <w:r w:rsidRPr="00F238AC">
        <w:rPr>
          <w:b/>
          <w:sz w:val="36"/>
          <w:rtl/>
        </w:rPr>
        <w:t>فرم اعلام داوطلبی</w:t>
      </w:r>
    </w:p>
    <w:p w14:paraId="63FFC628" w14:textId="3EBDC05C" w:rsidR="0059223A" w:rsidRPr="00F238AC" w:rsidRDefault="00000000" w:rsidP="00F238AC">
      <w:pPr>
        <w:bidi/>
        <w:spacing w:after="20"/>
        <w:jc w:val="center"/>
      </w:pPr>
      <w:r w:rsidRPr="00F238AC">
        <w:rPr>
          <w:b/>
          <w:sz w:val="28"/>
          <w:rtl/>
        </w:rPr>
        <w:t>جهت عضویت در هیئت اجرایی انتخابات هیئت</w:t>
      </w:r>
      <w:r w:rsidR="00F238AC" w:rsidRPr="00F238AC">
        <w:rPr>
          <w:b/>
          <w:sz w:val="28"/>
        </w:rPr>
        <w:t xml:space="preserve"> </w:t>
      </w:r>
      <w:r w:rsidRPr="00F238AC">
        <w:rPr>
          <w:b/>
          <w:sz w:val="28"/>
          <w:rtl/>
        </w:rPr>
        <w:t>‌مدیره</w:t>
      </w:r>
    </w:p>
    <w:p w14:paraId="6661D4FB" w14:textId="77777777" w:rsidR="0059223A" w:rsidRPr="00F238AC" w:rsidRDefault="00000000" w:rsidP="00F238AC">
      <w:pPr>
        <w:bidi/>
        <w:spacing w:after="140"/>
        <w:jc w:val="center"/>
      </w:pPr>
      <w:r w:rsidRPr="00F238AC">
        <w:rPr>
          <w:b/>
          <w:sz w:val="24"/>
          <w:rtl/>
        </w:rPr>
        <w:t>سازمان نظام مهندسی معدن استان هرمزگان ـ دوره نهم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312"/>
      </w:tblGrid>
      <w:tr w:rsidR="0059223A" w:rsidRPr="00F238AC" w14:paraId="43911925" w14:textId="77777777">
        <w:trPr>
          <w:jc w:val="center"/>
        </w:trPr>
        <w:tc>
          <w:tcPr>
            <w:tcW w:w="10312" w:type="dxa"/>
            <w:vAlign w:val="center"/>
          </w:tcPr>
          <w:p w14:paraId="523482F7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b/>
                <w:szCs w:val="20"/>
                <w:rtl/>
              </w:rPr>
              <w:t>بخش اول: مشخصات داوطلب</w:t>
            </w:r>
          </w:p>
        </w:tc>
      </w:tr>
    </w:tbl>
    <w:p w14:paraId="307E6AFF" w14:textId="77777777" w:rsidR="0059223A" w:rsidRPr="00F238AC" w:rsidRDefault="0059223A" w:rsidP="00F238AC">
      <w:pPr>
        <w:spacing w:after="0"/>
        <w:rPr>
          <w:sz w:val="2"/>
          <w:szCs w:val="2"/>
        </w:rPr>
      </w:pPr>
    </w:p>
    <w:tbl>
      <w:tblPr>
        <w:tblStyle w:val="TableGrid"/>
        <w:bidiVisual/>
        <w:tblW w:w="10479" w:type="dxa"/>
        <w:jc w:val="center"/>
        <w:tblLook w:val="04A0" w:firstRow="1" w:lastRow="0" w:firstColumn="1" w:lastColumn="0" w:noHBand="0" w:noVBand="1"/>
      </w:tblPr>
      <w:tblGrid>
        <w:gridCol w:w="2919"/>
        <w:gridCol w:w="2448"/>
        <w:gridCol w:w="2409"/>
        <w:gridCol w:w="2703"/>
      </w:tblGrid>
      <w:tr w:rsidR="0059223A" w:rsidRPr="00F238AC" w14:paraId="45F922A3" w14:textId="77777777" w:rsidTr="00F238AC">
        <w:trPr>
          <w:trHeight w:val="528"/>
          <w:jc w:val="center"/>
        </w:trPr>
        <w:tc>
          <w:tcPr>
            <w:tcW w:w="2919" w:type="dxa"/>
            <w:vAlign w:val="center"/>
          </w:tcPr>
          <w:p w14:paraId="7CDB8835" w14:textId="16F06C0B" w:rsidR="0059223A" w:rsidRPr="00F238AC" w:rsidRDefault="00000000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نام و نام خانوادگی:</w:t>
            </w:r>
          </w:p>
        </w:tc>
        <w:tc>
          <w:tcPr>
            <w:tcW w:w="2448" w:type="dxa"/>
            <w:vAlign w:val="center"/>
          </w:tcPr>
          <w:p w14:paraId="0D0555B7" w14:textId="206DB0AC" w:rsidR="0059223A" w:rsidRPr="00F238AC" w:rsidRDefault="00F238AC" w:rsidP="00F238AC">
            <w:pPr>
              <w:bidi/>
              <w:jc w:val="center"/>
              <w:rPr>
                <w:sz w:val="4"/>
                <w:szCs w:val="8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</w:t>
            </w:r>
          </w:p>
        </w:tc>
        <w:tc>
          <w:tcPr>
            <w:tcW w:w="2409" w:type="dxa"/>
            <w:vAlign w:val="center"/>
          </w:tcPr>
          <w:p w14:paraId="20B5F5B8" w14:textId="77777777" w:rsidR="0059223A" w:rsidRPr="00F238AC" w:rsidRDefault="00000000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شماره عضویت در سازمان:</w:t>
            </w:r>
          </w:p>
        </w:tc>
        <w:tc>
          <w:tcPr>
            <w:tcW w:w="2703" w:type="dxa"/>
            <w:vAlign w:val="center"/>
          </w:tcPr>
          <w:p w14:paraId="7FA05C12" w14:textId="5AA06881" w:rsidR="0059223A" w:rsidRPr="00F238AC" w:rsidRDefault="00F238AC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</w:t>
            </w:r>
          </w:p>
        </w:tc>
      </w:tr>
      <w:tr w:rsidR="0059223A" w:rsidRPr="00F238AC" w14:paraId="798DD9B3" w14:textId="77777777" w:rsidTr="00F238AC">
        <w:trPr>
          <w:trHeight w:val="528"/>
          <w:jc w:val="center"/>
        </w:trPr>
        <w:tc>
          <w:tcPr>
            <w:tcW w:w="2919" w:type="dxa"/>
            <w:vAlign w:val="center"/>
          </w:tcPr>
          <w:p w14:paraId="01B2AA0D" w14:textId="77777777" w:rsidR="0059223A" w:rsidRPr="00F238AC" w:rsidRDefault="00000000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شماره پروانه اشتغال به کار:</w:t>
            </w:r>
          </w:p>
        </w:tc>
        <w:tc>
          <w:tcPr>
            <w:tcW w:w="2448" w:type="dxa"/>
            <w:vAlign w:val="center"/>
          </w:tcPr>
          <w:p w14:paraId="3E32583D" w14:textId="2B1F85AF" w:rsidR="0059223A" w:rsidRPr="00F238AC" w:rsidRDefault="00F238AC" w:rsidP="00F238AC">
            <w:pPr>
              <w:bidi/>
              <w:jc w:val="center"/>
              <w:rPr>
                <w:sz w:val="4"/>
                <w:szCs w:val="8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</w:t>
            </w:r>
          </w:p>
        </w:tc>
        <w:tc>
          <w:tcPr>
            <w:tcW w:w="2409" w:type="dxa"/>
            <w:vAlign w:val="center"/>
          </w:tcPr>
          <w:p w14:paraId="2C6FF9C0" w14:textId="77777777" w:rsidR="0059223A" w:rsidRPr="00F238AC" w:rsidRDefault="00000000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پایه پروانه:</w:t>
            </w:r>
          </w:p>
        </w:tc>
        <w:tc>
          <w:tcPr>
            <w:tcW w:w="2703" w:type="dxa"/>
            <w:vAlign w:val="center"/>
          </w:tcPr>
          <w:p w14:paraId="5ECD0035" w14:textId="56D5F0EF" w:rsidR="0059223A" w:rsidRPr="00F238AC" w:rsidRDefault="00F238AC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</w:t>
            </w:r>
          </w:p>
        </w:tc>
      </w:tr>
      <w:tr w:rsidR="0059223A" w:rsidRPr="00F238AC" w14:paraId="5247E12E" w14:textId="77777777" w:rsidTr="00F238AC">
        <w:trPr>
          <w:trHeight w:val="573"/>
          <w:jc w:val="center"/>
        </w:trPr>
        <w:tc>
          <w:tcPr>
            <w:tcW w:w="2919" w:type="dxa"/>
            <w:vAlign w:val="center"/>
          </w:tcPr>
          <w:p w14:paraId="51E5B02C" w14:textId="77777777" w:rsidR="0059223A" w:rsidRPr="00F238AC" w:rsidRDefault="00000000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کد ملی:</w:t>
            </w:r>
          </w:p>
        </w:tc>
        <w:tc>
          <w:tcPr>
            <w:tcW w:w="2448" w:type="dxa"/>
            <w:vAlign w:val="center"/>
          </w:tcPr>
          <w:p w14:paraId="73A46378" w14:textId="73586430" w:rsidR="0059223A" w:rsidRPr="00F238AC" w:rsidRDefault="00F238AC" w:rsidP="00F238AC">
            <w:pPr>
              <w:bidi/>
              <w:jc w:val="center"/>
              <w:rPr>
                <w:sz w:val="4"/>
                <w:szCs w:val="8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</w:t>
            </w:r>
          </w:p>
        </w:tc>
        <w:tc>
          <w:tcPr>
            <w:tcW w:w="2409" w:type="dxa"/>
            <w:vAlign w:val="center"/>
          </w:tcPr>
          <w:p w14:paraId="0488EA7C" w14:textId="77777777" w:rsidR="0059223A" w:rsidRPr="00F238AC" w:rsidRDefault="00000000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شماره تماس (همراه):</w:t>
            </w:r>
          </w:p>
        </w:tc>
        <w:tc>
          <w:tcPr>
            <w:tcW w:w="2703" w:type="dxa"/>
            <w:vAlign w:val="center"/>
          </w:tcPr>
          <w:p w14:paraId="13983C24" w14:textId="6888D305" w:rsidR="0059223A" w:rsidRPr="00F238AC" w:rsidRDefault="00F238AC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</w:t>
            </w:r>
          </w:p>
        </w:tc>
      </w:tr>
      <w:tr w:rsidR="001E57E3" w:rsidRPr="00F238AC" w14:paraId="024FF18D" w14:textId="77777777" w:rsidTr="00050CFE">
        <w:trPr>
          <w:trHeight w:val="600"/>
          <w:jc w:val="center"/>
        </w:trPr>
        <w:tc>
          <w:tcPr>
            <w:tcW w:w="2919" w:type="dxa"/>
            <w:vAlign w:val="center"/>
          </w:tcPr>
          <w:p w14:paraId="2A969314" w14:textId="77777777" w:rsidR="001E57E3" w:rsidRPr="00F238AC" w:rsidRDefault="001E57E3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b/>
                <w:sz w:val="16"/>
                <w:szCs w:val="20"/>
                <w:rtl/>
              </w:rPr>
              <w:t>آدرس پستی:</w:t>
            </w:r>
          </w:p>
        </w:tc>
        <w:tc>
          <w:tcPr>
            <w:tcW w:w="7560" w:type="dxa"/>
            <w:gridSpan w:val="3"/>
            <w:vAlign w:val="center"/>
          </w:tcPr>
          <w:p w14:paraId="38752D19" w14:textId="46B7EC51" w:rsidR="001E57E3" w:rsidRPr="00F238AC" w:rsidRDefault="001E57E3" w:rsidP="00F238AC">
            <w:pPr>
              <w:bidi/>
              <w:jc w:val="center"/>
              <w:rPr>
                <w:sz w:val="20"/>
                <w:szCs w:val="20"/>
              </w:rPr>
            </w:pPr>
            <w:r w:rsidRPr="00F238AC">
              <w:rPr>
                <w:sz w:val="4"/>
                <w:szCs w:val="8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FF25D0D" w14:textId="77777777" w:rsidR="0059223A" w:rsidRPr="00F238AC" w:rsidRDefault="0059223A" w:rsidP="00F238AC">
      <w:pPr>
        <w:spacing w:after="0"/>
        <w:rPr>
          <w:sz w:val="20"/>
          <w:szCs w:val="20"/>
        </w:rPr>
      </w:pPr>
    </w:p>
    <w:tbl>
      <w:tblPr>
        <w:tblW w:w="11197" w:type="dxa"/>
        <w:jc w:val="center"/>
        <w:tblLook w:val="04A0" w:firstRow="1" w:lastRow="0" w:firstColumn="1" w:lastColumn="0" w:noHBand="0" w:noVBand="1"/>
      </w:tblPr>
      <w:tblGrid>
        <w:gridCol w:w="11197"/>
      </w:tblGrid>
      <w:tr w:rsidR="0059223A" w:rsidRPr="00F238AC" w14:paraId="3BC3DB33" w14:textId="77777777" w:rsidTr="00F238AC">
        <w:trPr>
          <w:trHeight w:val="638"/>
          <w:jc w:val="center"/>
        </w:trPr>
        <w:tc>
          <w:tcPr>
            <w:tcW w:w="11197" w:type="dxa"/>
            <w:vAlign w:val="center"/>
          </w:tcPr>
          <w:p w14:paraId="1FE8A9B9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b/>
                <w:szCs w:val="20"/>
                <w:rtl/>
              </w:rPr>
              <w:t>بخش دوم: تعهدات و شرایط احراز صلاحیت</w:t>
            </w:r>
          </w:p>
        </w:tc>
      </w:tr>
    </w:tbl>
    <w:p w14:paraId="63BD07D2" w14:textId="77777777" w:rsidR="0059223A" w:rsidRPr="00F238AC" w:rsidRDefault="0059223A" w:rsidP="00F238AC">
      <w:pPr>
        <w:spacing w:after="0"/>
        <w:rPr>
          <w:sz w:val="2"/>
          <w:szCs w:val="2"/>
        </w:rPr>
      </w:pPr>
    </w:p>
    <w:p w14:paraId="65E1EA63" w14:textId="2984F2B4" w:rsidR="0059223A" w:rsidRPr="00F238AC" w:rsidRDefault="00000000" w:rsidP="00F238AC">
      <w:pPr>
        <w:bidi/>
        <w:spacing w:after="80"/>
        <w:rPr>
          <w:sz w:val="20"/>
          <w:szCs w:val="20"/>
        </w:rPr>
      </w:pPr>
      <w:r w:rsidRPr="00F238AC">
        <w:rPr>
          <w:sz w:val="18"/>
          <w:szCs w:val="20"/>
          <w:rtl/>
        </w:rPr>
        <w:t>اینجانب با آگاهی کامل از مفاد دستورالعمل انتخابات و نامه شماره ۷۸۰/۲۶/ص۱۴۰۵ مورخ ۱۴۰۵/۰۸/۱۰ سازمان نظام مهندسی معدن استان هرمزگان، بدین‌وسیله اعلام می‌دارم که تمامی شرایط زیر را برای داوطلبی در هیئت اجرایی انتخابات دارا می‌باشم و متعهد می‌شوم در صورت اثبات خلاف هر یک از موارد، مسئولیت حقوقی آن را بپذیرم</w:t>
      </w:r>
      <w:r w:rsidR="00F238AC" w:rsidRPr="00F238AC">
        <w:rPr>
          <w:sz w:val="18"/>
          <w:szCs w:val="20"/>
        </w:rPr>
        <w:t xml:space="preserve"> </w:t>
      </w:r>
      <w:r w:rsidRPr="00F238AC">
        <w:rPr>
          <w:sz w:val="18"/>
          <w:szCs w:val="20"/>
          <w:rtl/>
        </w:rPr>
        <w:t>:</w:t>
      </w:r>
    </w:p>
    <w:p w14:paraId="26E9D5C5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۱ـ  عضویت معتبر: دارای عضویت معتبر در سازمان نظام مهندسی معدن استان هرمزگان هستم و بدهی حق عضویت ندارم.</w:t>
      </w:r>
    </w:p>
    <w:p w14:paraId="73BABF6E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۲ـ  پروانه اشتغال: دارای پروانه اشتغال به کار حداقل پایه ۳ می‌باشم.</w:t>
      </w:r>
    </w:p>
    <w:p w14:paraId="5E4EC922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۳ـ  سوءپیشینه: هیچ‌گونه سوءپیشینه کیفری ندارم (گواهی عدم سوءپیشینه کیفری از سامانه ثنا ارائه می‌شود).</w:t>
      </w:r>
    </w:p>
    <w:p w14:paraId="0F870608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۴ـ  عدم وابستگی: هیچ‌گونه وابستگی سببی یا نسبی درجه یک با داوطلبان انتخابات هیئت‌مدیره ندارم.</w:t>
      </w:r>
    </w:p>
    <w:p w14:paraId="49FF0ADE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۵ـ  عدم اشتغال دولتی: در وزارت صنعت، معدن و تجارت، اعم از تشکیلات ستادی یا استانی، اشتغال ندارم.</w:t>
      </w:r>
    </w:p>
    <w:p w14:paraId="5850B5B2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۶ـ  عدم اشتغال در سازمان: در سازمان نظام مهندسی معدن استان هرمزگان و سازمان نظام مهندسی معدن ایران، به‌صورت تمام‌وقت، پاره‌وقت یا ساعتی شاغل نیستم.</w:t>
      </w:r>
    </w:p>
    <w:p w14:paraId="2B575FB5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sz w:val="18"/>
          <w:szCs w:val="20"/>
          <w:rtl/>
        </w:rPr>
        <w:t>۷ـ  عدم عضویت در هیئت‌مدیره: عضو اصلی یا علی‌البدل هیئت‌مدیره فعلی و یا بازرس فعلی نیستم.</w:t>
      </w:r>
    </w:p>
    <w:p w14:paraId="51FF67C3" w14:textId="77777777" w:rsidR="0059223A" w:rsidRPr="00F238AC" w:rsidRDefault="00000000" w:rsidP="00F238AC">
      <w:pPr>
        <w:bidi/>
        <w:spacing w:after="40"/>
        <w:rPr>
          <w:sz w:val="18"/>
          <w:szCs w:val="20"/>
        </w:rPr>
      </w:pPr>
      <w:r w:rsidRPr="00F238AC">
        <w:rPr>
          <w:sz w:val="18"/>
          <w:szCs w:val="20"/>
          <w:rtl/>
        </w:rPr>
        <w:t>۸ـ  سابقه محکومیت: دارای محکومیت انتظامی از درجه ۳ یا بالاتر در بازه پنج سال پیش از تاریخ اعلام داوطلبی نیستم.</w:t>
      </w:r>
    </w:p>
    <w:p w14:paraId="5A87E3B9" w14:textId="77777777" w:rsidR="00F238AC" w:rsidRPr="00F238AC" w:rsidRDefault="00F238AC" w:rsidP="00F238AC">
      <w:pPr>
        <w:bidi/>
        <w:spacing w:after="40"/>
        <w:rPr>
          <w:sz w:val="4"/>
          <w:szCs w:val="6"/>
        </w:rPr>
      </w:pPr>
    </w:p>
    <w:tbl>
      <w:tblPr>
        <w:tblW w:w="11197" w:type="dxa"/>
        <w:jc w:val="center"/>
        <w:tblLook w:val="04A0" w:firstRow="1" w:lastRow="0" w:firstColumn="1" w:lastColumn="0" w:noHBand="0" w:noVBand="1"/>
      </w:tblPr>
      <w:tblGrid>
        <w:gridCol w:w="11197"/>
      </w:tblGrid>
      <w:tr w:rsidR="0059223A" w:rsidRPr="00F238AC" w14:paraId="035A9A9E" w14:textId="77777777" w:rsidTr="00F238AC">
        <w:trPr>
          <w:trHeight w:val="642"/>
          <w:jc w:val="center"/>
        </w:trPr>
        <w:tc>
          <w:tcPr>
            <w:tcW w:w="11197" w:type="dxa"/>
            <w:vAlign w:val="center"/>
          </w:tcPr>
          <w:p w14:paraId="4E3C88D8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b/>
                <w:szCs w:val="20"/>
                <w:rtl/>
              </w:rPr>
              <w:t>بخش سوم: مدارک پیوست</w:t>
            </w:r>
          </w:p>
        </w:tc>
      </w:tr>
    </w:tbl>
    <w:p w14:paraId="45EA5233" w14:textId="2FCE9366" w:rsidR="0059223A" w:rsidRPr="00F238AC" w:rsidRDefault="0059223A" w:rsidP="00F238AC">
      <w:pPr>
        <w:tabs>
          <w:tab w:val="left" w:pos="9616"/>
        </w:tabs>
        <w:spacing w:after="0"/>
        <w:rPr>
          <w:sz w:val="2"/>
          <w:szCs w:val="2"/>
        </w:rPr>
      </w:pPr>
    </w:p>
    <w:p w14:paraId="49604E36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rFonts w:ascii="Arial" w:hAnsi="Arial" w:cs="Arial" w:hint="cs"/>
          <w:sz w:val="18"/>
          <w:szCs w:val="20"/>
          <w:rtl/>
        </w:rPr>
        <w:t>□</w:t>
      </w:r>
      <w:r w:rsidRPr="00F238AC">
        <w:rPr>
          <w:sz w:val="18"/>
          <w:szCs w:val="20"/>
          <w:rtl/>
        </w:rPr>
        <w:t xml:space="preserve">  </w:t>
      </w:r>
      <w:r w:rsidRPr="00F238AC">
        <w:rPr>
          <w:rFonts w:hint="cs"/>
          <w:sz w:val="18"/>
          <w:szCs w:val="20"/>
          <w:rtl/>
        </w:rPr>
        <w:t>تصویر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کارت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ملی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و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شناسنامه</w:t>
      </w:r>
    </w:p>
    <w:p w14:paraId="0EA545BC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rFonts w:ascii="Arial" w:hAnsi="Arial" w:cs="Arial" w:hint="cs"/>
          <w:sz w:val="18"/>
          <w:szCs w:val="20"/>
          <w:rtl/>
        </w:rPr>
        <w:t>□</w:t>
      </w:r>
      <w:r w:rsidRPr="00F238AC">
        <w:rPr>
          <w:sz w:val="18"/>
          <w:szCs w:val="20"/>
          <w:rtl/>
        </w:rPr>
        <w:t xml:space="preserve">  </w:t>
      </w:r>
      <w:r w:rsidRPr="00F238AC">
        <w:rPr>
          <w:rFonts w:hint="cs"/>
          <w:sz w:val="18"/>
          <w:szCs w:val="20"/>
          <w:rtl/>
        </w:rPr>
        <w:t>تصویر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پروانه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اشتغال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به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کار</w:t>
      </w:r>
    </w:p>
    <w:p w14:paraId="75710826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rFonts w:ascii="Arial" w:hAnsi="Arial" w:cs="Arial" w:hint="cs"/>
          <w:sz w:val="18"/>
          <w:szCs w:val="20"/>
          <w:rtl/>
        </w:rPr>
        <w:t>□</w:t>
      </w:r>
      <w:r w:rsidRPr="00F238AC">
        <w:rPr>
          <w:sz w:val="18"/>
          <w:szCs w:val="20"/>
          <w:rtl/>
        </w:rPr>
        <w:t xml:space="preserve">  </w:t>
      </w:r>
      <w:r w:rsidRPr="00F238AC">
        <w:rPr>
          <w:rFonts w:hint="cs"/>
          <w:sz w:val="18"/>
          <w:szCs w:val="20"/>
          <w:rtl/>
        </w:rPr>
        <w:t>گواهی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عدم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سوءپیشینه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کیفری</w:t>
      </w:r>
      <w:r w:rsidRPr="00F238AC">
        <w:rPr>
          <w:sz w:val="18"/>
          <w:szCs w:val="20"/>
          <w:rtl/>
        </w:rPr>
        <w:t xml:space="preserve"> (</w:t>
      </w:r>
      <w:r w:rsidRPr="00F238AC">
        <w:rPr>
          <w:rFonts w:hint="cs"/>
          <w:sz w:val="18"/>
          <w:szCs w:val="20"/>
          <w:rtl/>
        </w:rPr>
        <w:t>از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سامانه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ثنا</w:t>
      </w:r>
      <w:r w:rsidRPr="00F238AC">
        <w:rPr>
          <w:sz w:val="18"/>
          <w:szCs w:val="20"/>
          <w:rtl/>
        </w:rPr>
        <w:t>)</w:t>
      </w:r>
    </w:p>
    <w:p w14:paraId="0C528541" w14:textId="77777777" w:rsidR="0059223A" w:rsidRPr="00F238AC" w:rsidRDefault="00000000" w:rsidP="00F238AC">
      <w:pPr>
        <w:bidi/>
        <w:spacing w:after="40"/>
        <w:rPr>
          <w:sz w:val="20"/>
          <w:szCs w:val="20"/>
        </w:rPr>
      </w:pPr>
      <w:r w:rsidRPr="00F238AC">
        <w:rPr>
          <w:rFonts w:ascii="Arial" w:hAnsi="Arial" w:cs="Arial" w:hint="cs"/>
          <w:sz w:val="18"/>
          <w:szCs w:val="20"/>
          <w:rtl/>
        </w:rPr>
        <w:t>□</w:t>
      </w:r>
      <w:r w:rsidRPr="00F238AC">
        <w:rPr>
          <w:sz w:val="18"/>
          <w:szCs w:val="20"/>
          <w:rtl/>
        </w:rPr>
        <w:t xml:space="preserve">  </w:t>
      </w:r>
      <w:r w:rsidRPr="00F238AC">
        <w:rPr>
          <w:rFonts w:hint="cs"/>
          <w:sz w:val="18"/>
          <w:szCs w:val="20"/>
          <w:rtl/>
        </w:rPr>
        <w:t>سایر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مدارک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مورد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نیاز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طبق</w:t>
      </w:r>
      <w:r w:rsidRPr="00F238AC">
        <w:rPr>
          <w:sz w:val="18"/>
          <w:szCs w:val="20"/>
          <w:rtl/>
        </w:rPr>
        <w:t xml:space="preserve"> </w:t>
      </w:r>
      <w:r w:rsidRPr="00F238AC">
        <w:rPr>
          <w:rFonts w:hint="cs"/>
          <w:sz w:val="18"/>
          <w:szCs w:val="20"/>
          <w:rtl/>
        </w:rPr>
        <w:t>دستورالعمل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312"/>
      </w:tblGrid>
      <w:tr w:rsidR="0059223A" w:rsidRPr="00F238AC" w14:paraId="1DB61E79" w14:textId="77777777">
        <w:trPr>
          <w:jc w:val="center"/>
        </w:trPr>
        <w:tc>
          <w:tcPr>
            <w:tcW w:w="10312" w:type="dxa"/>
            <w:vAlign w:val="center"/>
          </w:tcPr>
          <w:p w14:paraId="54CED45F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b/>
                <w:szCs w:val="20"/>
                <w:rtl/>
              </w:rPr>
              <w:t>بخش چهارم: امضا و تعهد نهایی</w:t>
            </w:r>
          </w:p>
        </w:tc>
      </w:tr>
    </w:tbl>
    <w:p w14:paraId="6EBBD940" w14:textId="77777777" w:rsidR="0059223A" w:rsidRPr="00F238AC" w:rsidRDefault="0059223A" w:rsidP="00F238AC">
      <w:pPr>
        <w:spacing w:after="0"/>
        <w:rPr>
          <w:sz w:val="4"/>
          <w:szCs w:val="4"/>
        </w:rPr>
      </w:pPr>
    </w:p>
    <w:p w14:paraId="378A6F86" w14:textId="77777777" w:rsidR="0059223A" w:rsidRPr="00F238AC" w:rsidRDefault="00000000" w:rsidP="00F238AC">
      <w:pPr>
        <w:bidi/>
        <w:spacing w:after="120"/>
        <w:rPr>
          <w:sz w:val="20"/>
          <w:szCs w:val="20"/>
        </w:rPr>
      </w:pPr>
      <w:r w:rsidRPr="00F238AC">
        <w:rPr>
          <w:sz w:val="18"/>
          <w:szCs w:val="20"/>
          <w:rtl/>
        </w:rPr>
        <w:t>اینجانب ................................................................................ به تاریخ ............................، با مطالعه کامل دستورالعمل اجرایی، صحت تمامی اطلاعات فوق را تأیید نموده و متعهد می‌شوم در صورت احراز هرگونه مغایرت، مسئولیت آن را بپذیرم.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156"/>
        <w:gridCol w:w="5156"/>
      </w:tblGrid>
      <w:tr w:rsidR="0059223A" w:rsidRPr="00F238AC" w14:paraId="6B70D22D" w14:textId="77777777">
        <w:trPr>
          <w:jc w:val="center"/>
        </w:trPr>
        <w:tc>
          <w:tcPr>
            <w:tcW w:w="5156" w:type="dxa"/>
            <w:vAlign w:val="center"/>
          </w:tcPr>
          <w:p w14:paraId="54E54A82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b/>
                <w:sz w:val="20"/>
                <w:szCs w:val="20"/>
                <w:rtl/>
              </w:rPr>
              <w:t>امضا و اثر انگشت داوطلب</w:t>
            </w:r>
          </w:p>
        </w:tc>
        <w:tc>
          <w:tcPr>
            <w:tcW w:w="5156" w:type="dxa"/>
            <w:vAlign w:val="center"/>
          </w:tcPr>
          <w:p w14:paraId="7B684D77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b/>
                <w:sz w:val="20"/>
                <w:szCs w:val="20"/>
                <w:rtl/>
              </w:rPr>
              <w:t>تاریخ</w:t>
            </w:r>
          </w:p>
        </w:tc>
      </w:tr>
      <w:tr w:rsidR="0059223A" w:rsidRPr="00F238AC" w14:paraId="7D55EFAA" w14:textId="77777777">
        <w:trPr>
          <w:trHeight w:val="1191"/>
          <w:jc w:val="center"/>
        </w:trPr>
        <w:tc>
          <w:tcPr>
            <w:tcW w:w="5156" w:type="dxa"/>
            <w:vAlign w:val="center"/>
          </w:tcPr>
          <w:p w14:paraId="623C039A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sz w:val="18"/>
                <w:szCs w:val="20"/>
                <w:rtl/>
              </w:rPr>
              <w:br/>
            </w:r>
            <w:r w:rsidRPr="00F238AC">
              <w:rPr>
                <w:sz w:val="18"/>
                <w:szCs w:val="20"/>
                <w:rtl/>
              </w:rPr>
              <w:br/>
            </w:r>
            <w:r w:rsidRPr="00F238AC">
              <w:rPr>
                <w:sz w:val="18"/>
                <w:szCs w:val="20"/>
                <w:rtl/>
              </w:rPr>
              <w:br/>
            </w:r>
          </w:p>
        </w:tc>
        <w:tc>
          <w:tcPr>
            <w:tcW w:w="5156" w:type="dxa"/>
            <w:vAlign w:val="center"/>
          </w:tcPr>
          <w:p w14:paraId="33632382" w14:textId="77777777" w:rsidR="0059223A" w:rsidRPr="00F238AC" w:rsidRDefault="00000000" w:rsidP="00F238AC">
            <w:pPr>
              <w:bidi/>
              <w:rPr>
                <w:sz w:val="20"/>
                <w:szCs w:val="20"/>
              </w:rPr>
            </w:pPr>
            <w:r w:rsidRPr="00F238AC">
              <w:rPr>
                <w:sz w:val="18"/>
                <w:szCs w:val="20"/>
                <w:rtl/>
              </w:rPr>
              <w:br/>
            </w:r>
            <w:r w:rsidRPr="00F238AC">
              <w:rPr>
                <w:sz w:val="18"/>
                <w:szCs w:val="20"/>
                <w:rtl/>
              </w:rPr>
              <w:br/>
            </w:r>
            <w:r w:rsidRPr="00F238AC">
              <w:rPr>
                <w:sz w:val="18"/>
                <w:szCs w:val="20"/>
                <w:rtl/>
              </w:rPr>
              <w:br/>
            </w:r>
          </w:p>
        </w:tc>
      </w:tr>
    </w:tbl>
    <w:p w14:paraId="64D84ADC" w14:textId="6B209F7A" w:rsidR="0059223A" w:rsidRPr="00F238AC" w:rsidRDefault="00000000" w:rsidP="00F238AC">
      <w:pPr>
        <w:bidi/>
        <w:spacing w:before="120" w:after="0"/>
        <w:rPr>
          <w:sz w:val="20"/>
          <w:szCs w:val="20"/>
        </w:rPr>
      </w:pPr>
      <w:r w:rsidRPr="00F238AC">
        <w:rPr>
          <w:b/>
          <w:sz w:val="18"/>
          <w:szCs w:val="20"/>
          <w:rtl/>
        </w:rPr>
        <w:t xml:space="preserve">محل بررسی و ثبت دبیرخانه (ویژه سازمان): تاریخ دریافت: </w:t>
      </w:r>
      <w:r w:rsidR="00F238AC" w:rsidRPr="00F238AC">
        <w:rPr>
          <w:b/>
          <w:sz w:val="18"/>
          <w:szCs w:val="20"/>
          <w:rtl/>
        </w:rPr>
        <w:t xml:space="preserve">........................................................   </w:t>
      </w:r>
      <w:r w:rsidRPr="00F238AC">
        <w:rPr>
          <w:b/>
          <w:sz w:val="18"/>
          <w:szCs w:val="20"/>
          <w:rtl/>
        </w:rPr>
        <w:t xml:space="preserve">شماره ثبت: </w:t>
      </w:r>
      <w:r w:rsidR="00F238AC" w:rsidRPr="00F238AC">
        <w:rPr>
          <w:b/>
          <w:sz w:val="18"/>
          <w:szCs w:val="20"/>
          <w:rtl/>
        </w:rPr>
        <w:t xml:space="preserve">........................................................   </w:t>
      </w:r>
    </w:p>
    <w:sectPr w:rsidR="0059223A" w:rsidRPr="00F238AC" w:rsidSect="00F238AC">
      <w:headerReference w:type="default" r:id="rId8"/>
      <w:pgSz w:w="12240" w:h="15840"/>
      <w:pgMar w:top="-360" w:right="720" w:bottom="18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88B1B" w14:textId="77777777" w:rsidR="00116BE1" w:rsidRDefault="00116BE1" w:rsidP="00F238AC">
      <w:pPr>
        <w:spacing w:after="0" w:line="240" w:lineRule="auto"/>
      </w:pPr>
      <w:r>
        <w:separator/>
      </w:r>
    </w:p>
  </w:endnote>
  <w:endnote w:type="continuationSeparator" w:id="0">
    <w:p w14:paraId="337DEC00" w14:textId="77777777" w:rsidR="00116BE1" w:rsidRDefault="00116BE1" w:rsidP="00F23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D431F" w14:textId="77777777" w:rsidR="00116BE1" w:rsidRDefault="00116BE1" w:rsidP="00F238AC">
      <w:pPr>
        <w:spacing w:after="0" w:line="240" w:lineRule="auto"/>
      </w:pPr>
      <w:r>
        <w:separator/>
      </w:r>
    </w:p>
  </w:footnote>
  <w:footnote w:type="continuationSeparator" w:id="0">
    <w:p w14:paraId="2511BEB0" w14:textId="77777777" w:rsidR="00116BE1" w:rsidRDefault="00116BE1" w:rsidP="00F23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CAB2" w14:textId="73701C55" w:rsidR="00F238AC" w:rsidRDefault="00F238A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8DE6BD2" wp14:editId="1CBFD6DE">
          <wp:simplePos x="0" y="0"/>
          <wp:positionH relativeFrom="column">
            <wp:posOffset>1475105</wp:posOffset>
          </wp:positionH>
          <wp:positionV relativeFrom="paragraph">
            <wp:posOffset>3027680</wp:posOffset>
          </wp:positionV>
          <wp:extent cx="4262307" cy="3895725"/>
          <wp:effectExtent l="0" t="0" r="0" b="0"/>
          <wp:wrapNone/>
          <wp:docPr id="98501799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2307" cy="389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6542537">
    <w:abstractNumId w:val="8"/>
  </w:num>
  <w:num w:numId="2" w16cid:durableId="2083017673">
    <w:abstractNumId w:val="6"/>
  </w:num>
  <w:num w:numId="3" w16cid:durableId="2056813861">
    <w:abstractNumId w:val="5"/>
  </w:num>
  <w:num w:numId="4" w16cid:durableId="637955535">
    <w:abstractNumId w:val="4"/>
  </w:num>
  <w:num w:numId="5" w16cid:durableId="1807115253">
    <w:abstractNumId w:val="7"/>
  </w:num>
  <w:num w:numId="6" w16cid:durableId="2079087666">
    <w:abstractNumId w:val="3"/>
  </w:num>
  <w:num w:numId="7" w16cid:durableId="1890530616">
    <w:abstractNumId w:val="2"/>
  </w:num>
  <w:num w:numId="8" w16cid:durableId="2024551928">
    <w:abstractNumId w:val="1"/>
  </w:num>
  <w:num w:numId="9" w16cid:durableId="1595238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6BE1"/>
    <w:rsid w:val="0015074B"/>
    <w:rsid w:val="001E57E3"/>
    <w:rsid w:val="0029639D"/>
    <w:rsid w:val="00326F90"/>
    <w:rsid w:val="0059223A"/>
    <w:rsid w:val="0083149B"/>
    <w:rsid w:val="00AA1D8D"/>
    <w:rsid w:val="00B47730"/>
    <w:rsid w:val="00CB0664"/>
    <w:rsid w:val="00F238A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69AAEE"/>
  <w14:defaultImageDpi w14:val="300"/>
  <w15:docId w15:val="{8D31E8DF-45C6-4868-9BDA-1092EA16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B Nazanin" w:eastAsia="B Nazanin" w:hAnsi="B Nazanin" w:cs="B Nazan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saeid arambash</cp:lastModifiedBy>
  <cp:revision>3</cp:revision>
  <cp:lastPrinted>2026-11-01T11:42:00Z</cp:lastPrinted>
  <dcterms:created xsi:type="dcterms:W3CDTF">2013-12-23T23:15:00Z</dcterms:created>
  <dcterms:modified xsi:type="dcterms:W3CDTF">2026-11-01T11:45:00Z</dcterms:modified>
  <cp:category/>
</cp:coreProperties>
</file>